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KUNAL MEHTA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Backend Software Engineer (High-Scale Quick-Commerce / Food-Tech)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Gurugram, Haryana | +91 99888 77665 | kunal.mehta@example.com | linkedin.com/in/kunal-backend | github.com/kunal-m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sz w:val="19"/>
        </w:rPr>
        <w:t>Backend Software Engineer specializing in high-throughput, low-latency microservices for quick-commerce and on-demand delivery platforms. Proven experience designing event-driven dispatch engines, real-time inventory synchronization, and geospatial rider routing systems handling 30,000+ peak orders per minute with sub-25ms p99 latency SLAs.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TECHNICAL COMPETENCIES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Languages: </w:t>
      </w:r>
      <w:r>
        <w:rPr>
          <w:rFonts w:ascii="Calibri" w:hAnsi="Calibri"/>
          <w:sz w:val="19"/>
        </w:rPr>
        <w:t>Go (Golang), Java (Spring Boot), Python, SQL (PostgreSQL), TypeScript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Quick-Commerce Tech: </w:t>
      </w:r>
      <w:r>
        <w:rPr>
          <w:rFonts w:ascii="Calibri" w:hAnsi="Calibri"/>
          <w:sz w:val="19"/>
        </w:rPr>
        <w:t>Event-Driven Architecture (Kafka/Flink), Geospatial Indexing (H3, S2, PostGIS), Real-Time Dispatch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Databases &amp; Caching: </w:t>
      </w:r>
      <w:r>
        <w:rPr>
          <w:rFonts w:ascii="Calibri" w:hAnsi="Calibri"/>
          <w:sz w:val="19"/>
        </w:rPr>
        <w:t>Redis (Cluster, Streams, Pub/Sub), PostgreSQL, MongoDB, ScyllaDB/Cassandra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Infrastructure &amp; Cloud: </w:t>
      </w:r>
      <w:r>
        <w:rPr>
          <w:rFonts w:ascii="Calibri" w:hAnsi="Calibri"/>
          <w:sz w:val="19"/>
        </w:rPr>
        <w:t>Docker, Kubernetes, AWS (EKS, RDS, S3), Envoy, Prometheus, Grafana, OpenTelemetry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WORK EXPERIENCE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Backend Software Engineer (SDE-2) | Hyperlocal Commerce Platform</w:t>
      </w:r>
      <w:r>
        <w:rPr>
          <w:rFonts w:ascii="Calibri" w:hAnsi="Calibri"/>
          <w:i/>
          <w:color w:val="64748B"/>
          <w:sz w:val="18"/>
        </w:rPr>
        <w:t xml:space="preserve">    (2023 – Present | Gurugram, India)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Architected the 10-minute automated dark-store order picking and rider assignment engine in Go, reducing average order-to-dispatch turnaround from 4.8 minutes to 2.1 minutes.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Engineered a real-time rider batching algorithm using Uber H3 hexagonal spatial indexing, improving delivery partner fleet utilization by 22% during peak dinner surges.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Built an in-memory inventory reservation engine on Redis Cluster with Lua scripting, eliminating phantom stockout cancellations and preserving 99.98% inventory accuracy.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Maintained strict sub-20ms p99 API latency across 45,000 peak requests/sec during New Year's Eve order surges with zero downtime or service degradation.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Backend Software Engineer (SDE-1) | On-Demand Delivery Logistics</w:t>
      </w:r>
      <w:r>
        <w:rPr>
          <w:rFonts w:ascii="Calibri" w:hAnsi="Calibri"/>
          <w:i/>
          <w:color w:val="64748B"/>
          <w:sz w:val="18"/>
        </w:rPr>
        <w:t xml:space="preserve">    (2021 – 2023 | Bengaluru, India)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Constructed high-throughput Kafka event streaming pipelines to ingest live GPS telemetry from 18,000+ active delivery partners at 3-second ping intervals.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Refactored PostgreSQL restaurant menu queries by introducing composite B-tree indexes and Redis read-replica caches, reducing database CPU load by 55%.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Implemented idempotent payment callback webhooks for UPI, cards, and wallets with automated dual-entry reconciliation, preventing duplicate refund charges.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KEY ENGINEERING PROJECTS</w:t>
      </w:r>
    </w:p>
    <w:p>
      <w:pPr>
        <w:spacing w:before="80" w:after="20"/>
      </w:pPr>
      <w:r>
        <w:rPr>
          <w:rFonts w:ascii="Calibri" w:hAnsi="Calibri"/>
          <w:b/>
          <w:sz w:val="20"/>
        </w:rPr>
        <w:t xml:space="preserve">Geospatial Delivery Dispatch &amp; Route Optimization Simulator | </w:t>
      </w:r>
      <w:r>
        <w:rPr>
          <w:rFonts w:ascii="Calibri" w:hAnsi="Calibri"/>
          <w:i/>
          <w:sz w:val="18"/>
        </w:rPr>
        <w:t>Go (Golang), Uber H3 Indexing, Redis Streams, Kafka, React.js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Built an event-driven dispatch simulator calculating dynamic ETA, rider routing, and multi-order batching across 10,000 concurrent delivery requests in virtual city grids.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Demonstrated 28% reduction in aggregate rider transit distance using greedy nearest-neighbor batching with dynamic delivery time-window constraints.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 xml:space="preserve">High-Throughput Distributed Rate Limiter &amp; Token Bucket Gateway | </w:t>
      </w:r>
      <w:r>
        <w:rPr>
          <w:rFonts w:ascii="Calibri" w:hAnsi="Calibri"/>
          <w:i/>
          <w:sz w:val="18"/>
        </w:rPr>
        <w:t>Java 17, Spring Boot, Redis Redlock, Docker, Prometheus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Engineered a high-speed API gateway filter enforcing tiered rate limits per merchant client, processing 40k QPS with sub-3ms latency overhead.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CREDENTIALS</w:t>
      </w:r>
    </w:p>
    <w:p>
      <w:pPr>
        <w:spacing w:before="0" w:after="40"/>
      </w:pPr>
      <w:r>
        <w:rPr>
          <w:rFonts w:ascii="Calibri" w:hAnsi="Calibri"/>
          <w:sz w:val="19"/>
        </w:rPr>
        <w:t>B.Tech in Information Technology | Delhi Technological University (DTU) | CGPA: 8.7/10.0 (2017 – 2021)</w:t>
      </w:r>
    </w:p>
    <w:p>
      <w:pPr>
        <w:spacing w:before="0" w:after="40"/>
      </w:pPr>
      <w:r>
        <w:rPr>
          <w:rFonts w:ascii="Calibri" w:hAnsi="Calibri"/>
          <w:sz w:val="19"/>
        </w:rPr>
        <w:t>Top 3% LeetCode Global (Solved 500+ Questions) | Hackathon Winner: Smart Mobility Hackathon (2022)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